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CONSENTIMIENTO INFORMADO</w:t>
        <w:br/>
        <w:t>PRÁCTICA DE REIKI A DISTANCIA</w:t>
      </w:r>
    </w:p>
    <w:p>
      <w:r>
        <w:t>El presente documento tiene como finalidad brindar información clara respecto de la práctica de Reiki a distancia ofrecida dentro del espacio Umbral, así como dejar constancia del consentimiento libre y voluntario de la persona participante.</w:t>
      </w:r>
    </w:p>
    <w:p>
      <w:r>
        <w:rPr>
          <w:b/>
          <w:sz w:val="26"/>
        </w:rPr>
        <w:t>1. Datos personales</w:t>
      </w:r>
    </w:p>
    <w:p>
      <w:r>
        <w:t>Nombre completo: ____________________________________________</w:t>
      </w:r>
    </w:p>
    <w:p>
      <w:r>
        <w:t>Fecha de nacimiento: ________________________________________</w:t>
      </w:r>
    </w:p>
    <w:p>
      <w:r>
        <w:t>DNI: _______________________________________________________</w:t>
      </w:r>
    </w:p>
    <w:p>
      <w:r>
        <w:t>Domicilio: _________________________________________________</w:t>
      </w:r>
    </w:p>
    <w:p>
      <w:r>
        <w:t>Teléfono: _________________________________________________</w:t>
      </w:r>
    </w:p>
    <w:p>
      <w:r>
        <w:t>Correo electrónico: ________________________________________</w:t>
      </w:r>
    </w:p>
    <w:p>
      <w:r>
        <w:rPr>
          <w:b/>
          <w:sz w:val="26"/>
        </w:rPr>
        <w:t>2. ¿Qué es Reiki?</w:t>
      </w:r>
    </w:p>
    <w:p>
      <w:r>
        <w:t>Reiki es una práctica complementaria de bienestar orientada a favorecer estados de relajación, equilibrio emocional y armonización general de la persona a través de técnicas de canalización energética.</w:t>
      </w:r>
    </w:p>
    <w:p>
      <w:r>
        <w:t>En Argentina, Reiki no forma parte de las prácticas médicas ni psicológicas reconocidas como tratamiento de salud formal. Se trata de una herramienta complementaria de bienestar y acompañamiento personal, que no reemplaza atención médica, psiquiátrica ni psicológica profesional.</w:t>
      </w:r>
    </w:p>
    <w:p>
      <w:r>
        <w:rPr>
          <w:b/>
          <w:sz w:val="26"/>
        </w:rPr>
        <w:t>3. Modalidad a distancia</w:t>
      </w:r>
    </w:p>
    <w:p>
      <w:r>
        <w:t>La práctica se realizará de manera virtual y a distancia, acordándose previamente día y horario entre el profesional y la persona participante.</w:t>
      </w:r>
    </w:p>
    <w:p>
      <w:r>
        <w:t>Durante la sesión, se sugiere permanecer en un ambiente tranquilo, cómodo y sin interrupciones, procurando contar con privacidad y disposición al descanso o relajación.</w:t>
      </w:r>
    </w:p>
    <w:p>
      <w:r>
        <w:t>La experiencia y percepción de la práctica puede variar en cada persona y no pueden garantizarse resultados específicos.</w:t>
      </w:r>
    </w:p>
    <w:p>
      <w:r>
        <w:rPr>
          <w:b/>
          <w:sz w:val="26"/>
        </w:rPr>
        <w:t>4. Alcances y limitaciones</w:t>
      </w:r>
    </w:p>
    <w:p>
      <w:r>
        <w:t>La práctica de Reiki no constituye un acto médico ni psicoterapéutico y no reemplaza diagnósticos, tratamientos clínicos, medicación ni seguimiento profesional de ninguna índole.</w:t>
      </w:r>
    </w:p>
    <w:p>
      <w:r>
        <w:t>La persona participante se compromete a continuar con sus tratamientos médicos, psicológicos o psiquiátricos habituales en caso de encontrarse realizándolos.</w:t>
      </w:r>
    </w:p>
    <w:p>
      <w:r>
        <w:t>En caso de que el profesional considere que la situación de la persona requiere otro tipo de abordaje o acompañamiento, podrá sugerir la consulta con profesionales de salud correspondientes.</w:t>
      </w:r>
    </w:p>
    <w:p>
      <w:r>
        <w:rPr>
          <w:b/>
          <w:sz w:val="26"/>
        </w:rPr>
        <w:t>5. Confidencialidad</w:t>
      </w:r>
    </w:p>
    <w:p>
      <w:r>
        <w:t>Toda información brindada por la persona participante será tratada con confidencialidad y utilizada exclusivamente dentro del marco de la práctica realizada en Umbral.</w:t>
      </w:r>
    </w:p>
    <w:p>
      <w:r>
        <w:t>Los datos personales y cualquier contenido compartido durante la sesión no serán divulgados a terceros, salvo obligación legal o autorización expresa de la persona participante.</w:t>
      </w:r>
    </w:p>
    <w:p>
      <w:r>
        <w:t>Las sesiones no serán grabadas por el profesional sin consentimiento previo y explícito.</w:t>
      </w:r>
    </w:p>
    <w:p>
      <w:r>
        <w:rPr>
          <w:b/>
          <w:sz w:val="26"/>
        </w:rPr>
        <w:t>6. Consentimiento</w:t>
      </w:r>
    </w:p>
    <w:p>
      <w:r>
        <w:t>Declaro haber leído y comprendido la información contenida en el presente documento.</w:t>
      </w:r>
    </w:p>
    <w:p>
      <w:r>
        <w:t>Comprendo que la práctica de Reiki constituye una herramienta complementaria de bienestar y relajación, y que no reemplaza atención médica, psicológica ni psiquiátrica.</w:t>
      </w:r>
    </w:p>
    <w:p>
      <w:r>
        <w:t>Participo de manera libre y voluntaria, asumiendo responsabilidad sobre mi propio proceso personal.</w:t>
      </w:r>
    </w:p>
    <w:p>
      <w:r>
        <w:t>Declaro ser mayor de edad. En caso de tratarse de una persona menor de 18 años, el presente consentimiento deberá ser firmado por padre, madre o tutor legal responsable.</w:t>
      </w:r>
    </w:p>
    <w:p>
      <w:r>
        <w:t>Asimismo, autorizo la realización de la práctica de Reiki a distancia dentro del espacio Umbral.</w:t>
      </w:r>
    </w:p>
    <w:p>
      <w:r>
        <w:br/>
        <w:t>Firma: _______________________________________</w:t>
      </w:r>
    </w:p>
    <w:p>
      <w:r>
        <w:t>Aclaración: __________________________________</w:t>
      </w:r>
    </w:p>
    <w:p>
      <w:r>
        <w:t>Fecha: _______________________________________</w:t>
      </w:r>
    </w:p>
    <w:p>
      <w:r>
        <w:br/>
        <w:t>Firma padre/madre/tutor (si corresponde): __________________________</w:t>
      </w:r>
    </w:p>
    <w:p>
      <w:r>
        <w:t>Aclaración: _______________________________________________________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